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380E" w:rsidRDefault="00357C19">
      <w:pPr>
        <w:spacing w:after="0" w:line="252" w:lineRule="auto"/>
        <w:jc w:val="center"/>
        <w:rPr>
          <w:lang w:eastAsia="zh-TW"/>
        </w:rPr>
      </w:pPr>
      <w:r>
        <w:rPr>
          <w:b/>
          <w:sz w:val="30"/>
          <w:lang w:eastAsia="zh-TW"/>
        </w:rPr>
        <w:t>中華民國拔河運動協會</w:t>
      </w:r>
    </w:p>
    <w:p w:rsidR="00F2380E" w:rsidRDefault="00357C19">
      <w:pPr>
        <w:spacing w:after="100" w:line="252" w:lineRule="auto"/>
        <w:jc w:val="center"/>
        <w:rPr>
          <w:lang w:eastAsia="zh-TW"/>
        </w:rPr>
      </w:pPr>
      <w:r>
        <w:rPr>
          <w:b/>
          <w:sz w:val="28"/>
          <w:lang w:eastAsia="zh-TW"/>
        </w:rPr>
        <w:t>個人資料暨肖像使用同意書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10482"/>
      </w:tblGrid>
      <w:tr w:rsidR="00357C19" w:rsidTr="008C670E">
        <w:trPr>
          <w:jc w:val="center"/>
        </w:trPr>
        <w:tc>
          <w:tcPr>
            <w:tcW w:w="10482" w:type="dxa"/>
            <w:vAlign w:val="center"/>
          </w:tcPr>
          <w:p w:rsidR="00357C19" w:rsidRPr="00357C19" w:rsidRDefault="00357C19" w:rsidP="00357C19">
            <w:pPr>
              <w:rPr>
                <w:b/>
                <w:lang w:eastAsia="zh-TW"/>
              </w:rPr>
            </w:pPr>
            <w:r w:rsidRPr="00357C19">
              <w:rPr>
                <w:b/>
                <w:lang w:eastAsia="zh-TW"/>
              </w:rPr>
              <w:t>競賽名稱：</w:t>
            </w:r>
            <w:r w:rsidRPr="00357C19">
              <w:rPr>
                <w:b/>
                <w:u w:val="single"/>
                <w:lang w:eastAsia="zh-TW"/>
              </w:rPr>
              <w:t>2027世界室內拔河錦標賽國手選拔賽</w:t>
            </w:r>
          </w:p>
        </w:tc>
      </w:tr>
      <w:tr w:rsidR="00357C19" w:rsidTr="00E520B9">
        <w:trPr>
          <w:jc w:val="center"/>
        </w:trPr>
        <w:tc>
          <w:tcPr>
            <w:tcW w:w="10482" w:type="dxa"/>
            <w:vAlign w:val="center"/>
          </w:tcPr>
          <w:p w:rsidR="00357C19" w:rsidRDefault="00357C19" w:rsidP="002354DB">
            <w:pPr>
              <w:rPr>
                <w:rFonts w:hint="eastAsia"/>
                <w:lang w:eastAsia="zh-TW"/>
              </w:rPr>
            </w:pPr>
            <w:r>
              <w:t>競賽日期：</w:t>
            </w:r>
            <w:r w:rsidR="002354DB">
              <w:rPr>
                <w:rFonts w:hint="eastAsia"/>
                <w:lang w:eastAsia="zh-TW"/>
              </w:rPr>
              <w:t>1</w:t>
            </w:r>
            <w:r w:rsidR="002354DB">
              <w:rPr>
                <w:lang w:eastAsia="zh-TW"/>
              </w:rPr>
              <w:t>15</w:t>
            </w:r>
            <w:r>
              <w:t>年</w:t>
            </w:r>
            <w:r w:rsidR="002354DB">
              <w:rPr>
                <w:rFonts w:hint="eastAsia"/>
                <w:lang w:eastAsia="zh-TW"/>
              </w:rPr>
              <w:t>1</w:t>
            </w:r>
            <w:r w:rsidR="002354DB">
              <w:rPr>
                <w:lang w:eastAsia="zh-TW"/>
              </w:rPr>
              <w:t>2</w:t>
            </w:r>
            <w:r>
              <w:t>月</w:t>
            </w:r>
            <w:r w:rsidR="002354DB">
              <w:rPr>
                <w:rFonts w:hint="eastAsia"/>
                <w:lang w:eastAsia="zh-TW"/>
              </w:rPr>
              <w:t>1</w:t>
            </w:r>
            <w:r w:rsidR="002354DB">
              <w:rPr>
                <w:lang w:eastAsia="zh-TW"/>
              </w:rPr>
              <w:t>1</w:t>
            </w:r>
            <w:r>
              <w:t>日</w:t>
            </w:r>
            <w:r w:rsidR="002354DB">
              <w:t>至</w:t>
            </w:r>
            <w:r w:rsidR="002354DB">
              <w:rPr>
                <w:rFonts w:hint="eastAsia"/>
                <w:lang w:eastAsia="zh-TW"/>
              </w:rPr>
              <w:t>1</w:t>
            </w:r>
            <w:r w:rsidR="002354DB">
              <w:rPr>
                <w:lang w:eastAsia="zh-TW"/>
              </w:rPr>
              <w:t>3日</w:t>
            </w:r>
            <w:bookmarkStart w:id="0" w:name="_GoBack"/>
            <w:bookmarkEnd w:id="0"/>
          </w:p>
        </w:tc>
      </w:tr>
    </w:tbl>
    <w:p w:rsidR="00F2380E" w:rsidRDefault="00357C19">
      <w:pPr>
        <w:spacing w:after="60" w:line="252" w:lineRule="auto"/>
        <w:rPr>
          <w:lang w:eastAsia="zh-TW"/>
        </w:rPr>
      </w:pPr>
      <w:r>
        <w:rPr>
          <w:lang w:eastAsia="zh-TW"/>
        </w:rPr>
        <w:t>為辦理上述競賽之報名、資格審查、體重過磅、賽程編排、聯繫、成績紀錄及活動管理等相關事宜，主辦單位依《個人資料保護法》相關規定，向參賽人員告知如下：</w:t>
      </w:r>
    </w:p>
    <w:p w:rsidR="00F2380E" w:rsidRDefault="00357C19">
      <w:pPr>
        <w:spacing w:after="20" w:line="252" w:lineRule="auto"/>
        <w:rPr>
          <w:lang w:eastAsia="zh-TW"/>
        </w:rPr>
      </w:pPr>
      <w:r>
        <w:rPr>
          <w:b/>
          <w:sz w:val="21"/>
          <w:lang w:eastAsia="zh-TW"/>
        </w:rPr>
        <w:t>一、個人資料蒐集、處理及利用</w:t>
      </w:r>
    </w:p>
    <w:p w:rsidR="00F2380E" w:rsidRDefault="00357C19">
      <w:pPr>
        <w:spacing w:after="60" w:line="252" w:lineRule="auto"/>
        <w:rPr>
          <w:lang w:eastAsia="zh-TW"/>
        </w:rPr>
      </w:pPr>
      <w:r>
        <w:rPr>
          <w:lang w:eastAsia="zh-TW"/>
        </w:rPr>
        <w:t>主辦單位因辦理本競賽需要，得蒐集參賽人員之姓名、性別、出生年月日、體重、所屬單位、聯絡方式、參賽組別、競賽項目、成績及其他辦理競賽所必要之資料。前述資料於競賽辦理及相關業務所必要之</w:t>
      </w:r>
      <w:proofErr w:type="gramStart"/>
      <w:r>
        <w:rPr>
          <w:lang w:eastAsia="zh-TW"/>
        </w:rPr>
        <w:t>期間、</w:t>
      </w:r>
      <w:proofErr w:type="gramEnd"/>
      <w:r>
        <w:rPr>
          <w:lang w:eastAsia="zh-TW"/>
        </w:rPr>
        <w:t>地區及範圍內，以紙本、電子或其他適當方式使用；利用對象包括主辦單位、競賽工作人員、裁判、受託辦理相關業務之單位或人員，以及依法得提供資料之機關或單位。如屬國際性競賽，因賽事辦理需要，得提供予相關國際組織、國外主辦或協辦單位。</w:t>
      </w:r>
    </w:p>
    <w:p w:rsidR="00F2380E" w:rsidRDefault="00357C19">
      <w:pPr>
        <w:spacing w:after="20" w:line="252" w:lineRule="auto"/>
        <w:rPr>
          <w:lang w:eastAsia="zh-TW"/>
        </w:rPr>
      </w:pPr>
      <w:r>
        <w:rPr>
          <w:b/>
          <w:sz w:val="21"/>
          <w:lang w:eastAsia="zh-TW"/>
        </w:rPr>
        <w:t>二、參賽名單及成績公開</w:t>
      </w:r>
    </w:p>
    <w:p w:rsidR="00F2380E" w:rsidRDefault="00357C19">
      <w:pPr>
        <w:spacing w:after="60" w:line="252" w:lineRule="auto"/>
        <w:rPr>
          <w:lang w:eastAsia="zh-TW"/>
        </w:rPr>
      </w:pPr>
      <w:r>
        <w:rPr>
          <w:lang w:eastAsia="zh-TW"/>
        </w:rPr>
        <w:t>為維持競賽之公開、公平及完整紀錄，主辦單位得於合理必要範圍內公布參賽人員之姓名、所屬單位、參賽組別、競賽項目、成績、名次及獎項，並得刊載於競賽成績系統、秩序冊、成績冊、官方網站及官方社群媒體等相關管道。</w:t>
      </w:r>
    </w:p>
    <w:p w:rsidR="00F2380E" w:rsidRDefault="00357C19">
      <w:pPr>
        <w:spacing w:after="20" w:line="252" w:lineRule="auto"/>
        <w:rPr>
          <w:lang w:eastAsia="zh-TW"/>
        </w:rPr>
      </w:pPr>
      <w:r>
        <w:rPr>
          <w:b/>
          <w:sz w:val="21"/>
          <w:lang w:eastAsia="zh-TW"/>
        </w:rPr>
        <w:t>三、攝影、錄影及肖像使用</w:t>
      </w:r>
    </w:p>
    <w:p w:rsidR="00F2380E" w:rsidRDefault="00357C19">
      <w:pPr>
        <w:spacing w:after="20" w:line="252" w:lineRule="auto"/>
        <w:rPr>
          <w:lang w:eastAsia="zh-TW"/>
        </w:rPr>
      </w:pPr>
      <w:r>
        <w:rPr>
          <w:lang w:eastAsia="zh-TW"/>
        </w:rPr>
        <w:t>競賽期間可能進行攝影、錄影及活動紀錄。包含參賽人員肖像之照片、影片及其他影像，得於活動紀錄、成果展示、教育推廣及競賽或協會相關宣傳等合理必要範圍內，使用於主辦單位官方網站、社群平台、刊物、活動成果資料及其他官方媒體平台。</w:t>
      </w:r>
    </w:p>
    <w:p w:rsidR="00F2380E" w:rsidRDefault="00357C19">
      <w:pPr>
        <w:spacing w:after="20" w:line="252" w:lineRule="auto"/>
        <w:rPr>
          <w:lang w:eastAsia="zh-TW"/>
        </w:rPr>
      </w:pPr>
      <w:r>
        <w:rPr>
          <w:lang w:eastAsia="zh-TW"/>
        </w:rPr>
        <w:t>本人是否同意主辦單位使用可辨識本人之活動照片、影片及其他影像作為上述活動成果及宣傳用途：</w:t>
      </w:r>
    </w:p>
    <w:p w:rsidR="00F2380E" w:rsidRDefault="00357C19">
      <w:pPr>
        <w:spacing w:after="20" w:line="252" w:lineRule="auto"/>
        <w:rPr>
          <w:lang w:eastAsia="zh-TW"/>
        </w:rPr>
      </w:pPr>
      <w:r>
        <w:rPr>
          <w:b/>
          <w:sz w:val="20"/>
          <w:lang w:eastAsia="zh-TW"/>
        </w:rPr>
        <w:t>□ 同意　　　　□ 不同意</w:t>
      </w:r>
    </w:p>
    <w:p w:rsidR="00F2380E" w:rsidRDefault="00357C19">
      <w:pPr>
        <w:spacing w:after="60" w:line="252" w:lineRule="auto"/>
        <w:rPr>
          <w:lang w:eastAsia="zh-TW"/>
        </w:rPr>
      </w:pPr>
      <w:r>
        <w:rPr>
          <w:lang w:eastAsia="zh-TW"/>
        </w:rPr>
        <w:t>選擇「不同意」者，主辦單位將於合理可行範圍內避免使用可辨識本人之影像；</w:t>
      </w:r>
      <w:proofErr w:type="gramStart"/>
      <w:r>
        <w:rPr>
          <w:lang w:eastAsia="zh-TW"/>
        </w:rPr>
        <w:t>惟</w:t>
      </w:r>
      <w:proofErr w:type="gramEnd"/>
      <w:r>
        <w:rPr>
          <w:lang w:eastAsia="zh-TW"/>
        </w:rPr>
        <w:t>公開競賽之團體、全景或背景影像，可能無法完全避免入鏡。</w:t>
      </w:r>
    </w:p>
    <w:p w:rsidR="00F2380E" w:rsidRDefault="00357C19">
      <w:pPr>
        <w:spacing w:after="20" w:line="252" w:lineRule="auto"/>
        <w:rPr>
          <w:lang w:eastAsia="zh-TW"/>
        </w:rPr>
      </w:pPr>
      <w:r>
        <w:rPr>
          <w:b/>
          <w:sz w:val="21"/>
          <w:lang w:eastAsia="zh-TW"/>
        </w:rPr>
        <w:t>四、個人資料權利</w:t>
      </w:r>
    </w:p>
    <w:p w:rsidR="00F2380E" w:rsidRDefault="00357C19">
      <w:pPr>
        <w:spacing w:after="60" w:line="252" w:lineRule="auto"/>
        <w:rPr>
          <w:lang w:eastAsia="zh-TW"/>
        </w:rPr>
      </w:pPr>
      <w:r>
        <w:rPr>
          <w:lang w:eastAsia="zh-TW"/>
        </w:rPr>
        <w:t>本人得依《個人資料保護法》規定，依法行使查詢、閱覽、補充、更正、停止蒐集、處理或利用及刪除等權利。拒絕提供競賽所必要之個人資料，可能影響報名、資格審查或參賽資格。</w:t>
      </w:r>
    </w:p>
    <w:p w:rsidR="00F2380E" w:rsidRDefault="00357C19">
      <w:pPr>
        <w:spacing w:after="20" w:line="252" w:lineRule="auto"/>
      </w:pPr>
      <w:proofErr w:type="spellStart"/>
      <w:r>
        <w:rPr>
          <w:b/>
          <w:sz w:val="21"/>
        </w:rPr>
        <w:t>參賽人員資料及確認</w:t>
      </w:r>
      <w:proofErr w:type="spellEnd"/>
    </w:p>
    <w:tbl>
      <w:tblPr>
        <w:tblW w:w="0" w:type="auto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5241"/>
        <w:gridCol w:w="5241"/>
      </w:tblGrid>
      <w:tr w:rsidR="00F2380E" w:rsidTr="00357C19">
        <w:trPr>
          <w:trHeight w:val="558"/>
          <w:jc w:val="center"/>
        </w:trPr>
        <w:tc>
          <w:tcPr>
            <w:tcW w:w="5241" w:type="dxa"/>
            <w:vAlign w:val="center"/>
          </w:tcPr>
          <w:p w:rsidR="00F2380E" w:rsidRDefault="00357C19" w:rsidP="00357C19">
            <w:pPr>
              <w:jc w:val="both"/>
            </w:pPr>
            <w:r>
              <w:rPr>
                <w:sz w:val="18"/>
              </w:rPr>
              <w:t>參賽人員姓名：____________________</w:t>
            </w:r>
          </w:p>
        </w:tc>
        <w:tc>
          <w:tcPr>
            <w:tcW w:w="5241" w:type="dxa"/>
            <w:vAlign w:val="center"/>
          </w:tcPr>
          <w:p w:rsidR="00F2380E" w:rsidRDefault="00357C19" w:rsidP="00357C19">
            <w:pPr>
              <w:jc w:val="both"/>
            </w:pPr>
            <w:r>
              <w:rPr>
                <w:sz w:val="18"/>
              </w:rPr>
              <w:t>所屬單位／隊伍：____________________</w:t>
            </w:r>
          </w:p>
        </w:tc>
      </w:tr>
      <w:tr w:rsidR="00F2380E" w:rsidTr="00357C19">
        <w:trPr>
          <w:trHeight w:val="558"/>
          <w:jc w:val="center"/>
        </w:trPr>
        <w:tc>
          <w:tcPr>
            <w:tcW w:w="5241" w:type="dxa"/>
            <w:vAlign w:val="center"/>
          </w:tcPr>
          <w:p w:rsidR="00F2380E" w:rsidRDefault="00357C19" w:rsidP="00357C19">
            <w:pPr>
              <w:jc w:val="both"/>
            </w:pPr>
            <w:r>
              <w:rPr>
                <w:sz w:val="18"/>
              </w:rPr>
              <w:t>參賽人員簽名：____________________</w:t>
            </w:r>
          </w:p>
        </w:tc>
        <w:tc>
          <w:tcPr>
            <w:tcW w:w="5241" w:type="dxa"/>
            <w:vAlign w:val="center"/>
          </w:tcPr>
          <w:p w:rsidR="00F2380E" w:rsidRDefault="00357C19" w:rsidP="00357C19">
            <w:pPr>
              <w:jc w:val="both"/>
            </w:pPr>
            <w:r>
              <w:rPr>
                <w:sz w:val="18"/>
              </w:rPr>
              <w:t>簽署日期：______年______月______日</w:t>
            </w:r>
          </w:p>
        </w:tc>
      </w:tr>
      <w:tr w:rsidR="00F2380E" w:rsidTr="00357C19">
        <w:trPr>
          <w:trHeight w:val="558"/>
          <w:jc w:val="center"/>
        </w:trPr>
        <w:tc>
          <w:tcPr>
            <w:tcW w:w="10482" w:type="dxa"/>
            <w:gridSpan w:val="2"/>
            <w:vAlign w:val="center"/>
          </w:tcPr>
          <w:p w:rsidR="00F2380E" w:rsidRDefault="00357C19" w:rsidP="00357C19">
            <w:pPr>
              <w:jc w:val="both"/>
              <w:rPr>
                <w:lang w:eastAsia="zh-TW"/>
              </w:rPr>
            </w:pPr>
            <w:r>
              <w:rPr>
                <w:b/>
                <w:sz w:val="18"/>
                <w:lang w:eastAsia="zh-TW"/>
              </w:rPr>
              <w:t>未成年人法定代理人確認（未滿18歲者適用）</w:t>
            </w:r>
          </w:p>
        </w:tc>
      </w:tr>
    </w:tbl>
    <w:p w:rsidR="00F2380E" w:rsidRDefault="00357C19">
      <w:pPr>
        <w:spacing w:after="20" w:line="252" w:lineRule="auto"/>
        <w:rPr>
          <w:lang w:eastAsia="zh-TW"/>
        </w:rPr>
      </w:pPr>
      <w:r>
        <w:rPr>
          <w:lang w:eastAsia="zh-TW"/>
        </w:rPr>
        <w:t>法定代理人已閱讀並了解本同意書內容，同意未成年參賽人員依本競賽規定參賽，並依本同意書所載方式辦理個人資料及影像之使用。</w:t>
      </w:r>
    </w:p>
    <w:p w:rsidR="00F2380E" w:rsidRDefault="00357C19">
      <w:pPr>
        <w:spacing w:after="20" w:line="252" w:lineRule="auto"/>
        <w:rPr>
          <w:lang w:eastAsia="zh-TW"/>
        </w:rPr>
      </w:pPr>
      <w:r>
        <w:rPr>
          <w:lang w:eastAsia="zh-TW"/>
        </w:rPr>
        <w:t>法定代理人姓名：____________________　　與參賽人員關係：____________________</w:t>
      </w:r>
    </w:p>
    <w:p w:rsidR="00F2380E" w:rsidRDefault="00357C19">
      <w:pPr>
        <w:spacing w:after="0" w:line="252" w:lineRule="auto"/>
        <w:rPr>
          <w:lang w:eastAsia="zh-TW"/>
        </w:rPr>
      </w:pPr>
      <w:r>
        <w:rPr>
          <w:lang w:eastAsia="zh-TW"/>
        </w:rPr>
        <w:t>法定代理人簽名：____________________　　簽署日期：______年______月______日</w:t>
      </w:r>
    </w:p>
    <w:sectPr w:rsidR="00F2380E" w:rsidSect="00034616">
      <w:pgSz w:w="12240" w:h="15840"/>
      <w:pgMar w:top="709" w:right="879" w:bottom="652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354DB"/>
    <w:rsid w:val="0029639D"/>
    <w:rsid w:val="00326F90"/>
    <w:rsid w:val="00357C19"/>
    <w:rsid w:val="00AA1D8D"/>
    <w:rsid w:val="00B47730"/>
    <w:rsid w:val="00CB0664"/>
    <w:rsid w:val="00F2380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B2CF3424-9509-4C48-BEE0-8EEEBC182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微軟正黑體" w:eastAsia="微軟正黑體" w:hAnsi="微軟正黑體"/>
      <w:sz w:val="19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EF8C3BC-EA1B-4DAB-B161-231D8C1609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1138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3</cp:revision>
  <dcterms:created xsi:type="dcterms:W3CDTF">2013-12-23T23:15:00Z</dcterms:created>
  <dcterms:modified xsi:type="dcterms:W3CDTF">2026-09-30T03:21:00Z</dcterms:modified>
  <cp:category/>
</cp:coreProperties>
</file>